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2BF" w:rsidRPr="00920A2C" w:rsidRDefault="004462BF">
      <w:pPr>
        <w:jc w:val="center"/>
        <w:rPr>
          <w:rFonts w:ascii="Arial" w:hAnsi="Arial" w:cs="Arial"/>
          <w:lang w:val="fr-FR"/>
        </w:rPr>
      </w:pPr>
    </w:p>
    <w:p w:rsidR="00C17791" w:rsidRDefault="00C17791">
      <w:pPr>
        <w:jc w:val="center"/>
        <w:rPr>
          <w:rFonts w:ascii="Arial" w:hAnsi="Arial" w:cs="Arial"/>
          <w:b/>
          <w:color w:val="004F82"/>
          <w:sz w:val="44"/>
          <w:lang w:val="fr-FR"/>
        </w:rPr>
      </w:pPr>
      <w:r>
        <w:rPr>
          <w:rFonts w:ascii="Arial" w:hAnsi="Arial" w:cs="Arial"/>
          <w:noProof/>
          <w:lang w:val="fr-FR"/>
        </w:rPr>
        <w:drawing>
          <wp:inline distT="0" distB="0" distL="0" distR="0" wp14:anchorId="15A87314" wp14:editId="7A53825B">
            <wp:extent cx="6492240" cy="1693545"/>
            <wp:effectExtent l="0" t="0" r="381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deau CR dossier jury Octobre 2026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2BF" w:rsidRPr="00920A2C" w:rsidRDefault="00CF63BF">
      <w:pPr>
        <w:jc w:val="center"/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sz w:val="44"/>
          <w:lang w:val="fr-FR"/>
        </w:rPr>
        <w:t>Concours Cap Réussite 2026</w:t>
      </w:r>
    </w:p>
    <w:p w:rsidR="004462BF" w:rsidRPr="00920A2C" w:rsidRDefault="00CF63BF">
      <w:pPr>
        <w:jc w:val="center"/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i/>
          <w:color w:val="018EDF"/>
          <w:lang w:val="fr-FR"/>
        </w:rPr>
        <w:t>Présentez votre projet, votre ambition entrepreneuriale et vos besoins d’accompagnement.</w:t>
      </w:r>
    </w:p>
    <w:p w:rsidR="004462BF" w:rsidRPr="00920A2C" w:rsidRDefault="004462BF">
      <w:pPr>
        <w:rPr>
          <w:rFonts w:ascii="Arial" w:hAnsi="Arial" w:cs="Arial"/>
          <w:lang w:val="fr-FR"/>
        </w:rPr>
      </w:pPr>
    </w:p>
    <w:p w:rsidR="008F34AD" w:rsidRPr="00920A2C" w:rsidRDefault="008F34AD">
      <w:pPr>
        <w:rPr>
          <w:rFonts w:ascii="Arial" w:hAnsi="Arial" w:cs="Arial"/>
          <w:lang w:val="fr-FR"/>
        </w:rPr>
      </w:pPr>
    </w:p>
    <w:p w:rsidR="008F34AD" w:rsidRPr="00920A2C" w:rsidRDefault="008F34AD">
      <w:pPr>
        <w:rPr>
          <w:rFonts w:ascii="Arial" w:hAnsi="Arial" w:cs="Arial"/>
          <w:lang w:val="fr-FR"/>
        </w:rPr>
      </w:pPr>
    </w:p>
    <w:p w:rsidR="008F34AD" w:rsidRPr="00920A2C" w:rsidRDefault="008F34AD">
      <w:pPr>
        <w:rPr>
          <w:rFonts w:ascii="Arial" w:hAnsi="Arial" w:cs="Arial"/>
          <w:lang w:val="fr-FR"/>
        </w:rPr>
      </w:pPr>
    </w:p>
    <w:p w:rsidR="008F34AD" w:rsidRPr="00920A2C" w:rsidRDefault="008F34AD">
      <w:pPr>
        <w:rPr>
          <w:rFonts w:ascii="Arial" w:hAnsi="Arial" w:cs="Arial"/>
          <w:lang w:val="fr-FR"/>
        </w:rPr>
      </w:pPr>
    </w:p>
    <w:p w:rsidR="004462BF" w:rsidRPr="00067DD6" w:rsidRDefault="00CF63BF">
      <w:pPr>
        <w:rPr>
          <w:rFonts w:ascii="Arial" w:hAnsi="Arial" w:cs="Arial"/>
          <w:sz w:val="24"/>
          <w:lang w:val="fr-FR"/>
        </w:rPr>
      </w:pPr>
      <w:r w:rsidRPr="00067DD6">
        <w:rPr>
          <w:rFonts w:ascii="Arial" w:hAnsi="Arial" w:cs="Arial"/>
          <w:b/>
          <w:color w:val="E84C0D"/>
          <w:sz w:val="32"/>
          <w:lang w:val="fr-FR"/>
        </w:rPr>
        <w:t>Votre candidature</w:t>
      </w:r>
    </w:p>
    <w:p w:rsidR="004462BF" w:rsidRPr="00067DD6" w:rsidRDefault="00CF63BF">
      <w:pPr>
        <w:rPr>
          <w:rFonts w:ascii="Arial" w:hAnsi="Arial" w:cs="Arial"/>
          <w:sz w:val="24"/>
          <w:lang w:val="fr-FR"/>
        </w:rPr>
      </w:pPr>
      <w:r w:rsidRPr="00067DD6">
        <w:rPr>
          <w:rFonts w:ascii="Arial" w:hAnsi="Arial" w:cs="Arial"/>
          <w:sz w:val="24"/>
          <w:lang w:val="fr-FR"/>
        </w:rPr>
        <w:t>Nom du candidat : ______________________________________________</w:t>
      </w:r>
    </w:p>
    <w:p w:rsidR="004462BF" w:rsidRPr="00067DD6" w:rsidRDefault="00CF63BF">
      <w:pPr>
        <w:rPr>
          <w:rFonts w:ascii="Arial" w:hAnsi="Arial" w:cs="Arial"/>
          <w:sz w:val="24"/>
          <w:lang w:val="fr-FR"/>
        </w:rPr>
      </w:pPr>
      <w:r w:rsidRPr="00067DD6">
        <w:rPr>
          <w:rFonts w:ascii="Arial" w:hAnsi="Arial" w:cs="Arial"/>
          <w:sz w:val="24"/>
          <w:lang w:val="fr-FR"/>
        </w:rPr>
        <w:t>Projet / activité : ______________________________________________</w:t>
      </w:r>
    </w:p>
    <w:p w:rsidR="004462BF" w:rsidRPr="00067DD6" w:rsidRDefault="00CF63BF">
      <w:pPr>
        <w:rPr>
          <w:rFonts w:ascii="Arial" w:hAnsi="Arial" w:cs="Arial"/>
          <w:sz w:val="24"/>
          <w:lang w:val="fr-FR"/>
        </w:rPr>
      </w:pPr>
      <w:r w:rsidRPr="00067DD6">
        <w:rPr>
          <w:rFonts w:ascii="Arial" w:hAnsi="Arial" w:cs="Arial"/>
          <w:sz w:val="24"/>
          <w:lang w:val="fr-FR"/>
        </w:rPr>
        <w:t>Date : ________________________________________________________</w:t>
      </w:r>
    </w:p>
    <w:p w:rsidR="004462BF" w:rsidRPr="00067DD6" w:rsidRDefault="00CF63BF">
      <w:pPr>
        <w:rPr>
          <w:rFonts w:ascii="Arial" w:hAnsi="Arial" w:cs="Arial"/>
          <w:sz w:val="24"/>
          <w:lang w:val="fr-FR"/>
        </w:rPr>
      </w:pPr>
      <w:r w:rsidRPr="00067DD6">
        <w:rPr>
          <w:rFonts w:ascii="Arial" w:hAnsi="Arial" w:cs="Arial"/>
          <w:sz w:val="24"/>
          <w:lang w:val="fr-FR"/>
        </w:rPr>
        <w:br w:type="page"/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18EDF"/>
          <w:sz w:val="28"/>
          <w:lang w:val="fr-FR"/>
        </w:rPr>
        <w:lastRenderedPageBreak/>
        <w:t>1. Vous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Nom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Prénom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Nom du projet / activité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Téléphone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Email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18EDF"/>
          <w:sz w:val="28"/>
          <w:lang w:val="fr-FR"/>
        </w:rPr>
        <w:t>2. Votre projet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Présentez votre projet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Pourquoi avez-vous envie de développer ce projet aujourd’hui ?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Où en êtes-vous actuellement ?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Depuis quand travaillez-vous sur ce projet ?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</w:t>
      </w:r>
      <w:r w:rsidR="00067DD6" w:rsidRPr="00920A2C">
        <w:rPr>
          <w:rFonts w:ascii="Arial" w:hAnsi="Arial" w:cs="Arial"/>
          <w:lang w:val="fr-FR"/>
        </w:rPr>
        <w:t>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</w:t>
      </w:r>
      <w:r w:rsidR="00067DD6" w:rsidRPr="00920A2C">
        <w:rPr>
          <w:rFonts w:ascii="Arial" w:hAnsi="Arial" w:cs="Arial"/>
          <w:lang w:val="fr-FR"/>
        </w:rPr>
        <w:t>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Qu’est-ce qui vous motive le plus dans ce projet ?</w:t>
      </w:r>
    </w:p>
    <w:p w:rsidR="004462BF" w:rsidRPr="00920A2C" w:rsidRDefault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  <w:r w:rsidR="00CF63BF" w:rsidRPr="00920A2C">
        <w:rPr>
          <w:rFonts w:ascii="Arial" w:hAnsi="Arial" w:cs="Arial"/>
          <w:lang w:val="fr-FR"/>
        </w:rPr>
        <w:t>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18EDF"/>
          <w:sz w:val="28"/>
          <w:lang w:val="fr-FR"/>
        </w:rPr>
        <w:lastRenderedPageBreak/>
        <w:t>3. Vous en tant qu’entrepreneur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Quelles sont vos principales qualités pour entreprendre ?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Quels sont aujourd’hui vos plus gros défis ou difficultés ?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Avez-vous déjà vécu une difficulté importante ou un échec ? Qu’en avez-vous appris ?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Combien de temps consacrez-vous à votre projet chaque semaine ?</w:t>
      </w:r>
    </w:p>
    <w:p w:rsidR="00067DD6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Avez-vous une autre activité en parallèle ? Si oui, laquelle ?</w:t>
      </w:r>
    </w:p>
    <w:p w:rsidR="00067DD6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18EDF"/>
          <w:sz w:val="28"/>
          <w:lang w:val="fr-FR"/>
        </w:rPr>
        <w:t>4. Votre activité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Qui sont vos clients ou les personnes à qui votre offre s’adresse ?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Comment trouvez-vous aujourd’hui vos premiers clients ou futurs clients ?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Default="00067DD6" w:rsidP="00067DD6">
      <w:pPr>
        <w:rPr>
          <w:rFonts w:ascii="Arial" w:hAnsi="Arial" w:cs="Arial"/>
          <w:lang w:val="fr-FR"/>
        </w:rPr>
      </w:pP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lastRenderedPageBreak/>
        <w:t>Qui sont vos principaux concurrents ou alternatives ? (au moins 2 exemples)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Selon vous, qu’est-ce qui vous différencie ?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Avez-vous déjà testé votre offre ? Si oui : auprès de combien de personnes et quels retours ?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Quel est aujourd’hui votre principal besoin pour avancer ? (Si autre, précisez)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18EDF"/>
          <w:sz w:val="28"/>
          <w:lang w:val="fr-FR"/>
        </w:rPr>
        <w:t>5. Votre vision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Où aimeriez-vous être dans 3 ans avec ce projet ?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Si vous deviez résumer votre ambition en une phrase, laquelle serait-ce ?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18EDF"/>
          <w:sz w:val="28"/>
          <w:lang w:val="fr-FR"/>
        </w:rPr>
        <w:t>6. Perspectives économiques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Chiffre d’affaires — Année de lancement (réel ou estimé)</w:t>
      </w:r>
    </w:p>
    <w:p w:rsidR="004462BF" w:rsidRPr="00920A2C" w:rsidRDefault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Chiffre d’affaires — N+1 (réel ou estimé)</w:t>
      </w:r>
    </w:p>
    <w:p w:rsidR="00067DD6" w:rsidRDefault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lastRenderedPageBreak/>
        <w:t>Chiffre d’affaires — N+2 (réel ou estimé)</w:t>
      </w:r>
    </w:p>
    <w:p w:rsidR="004462BF" w:rsidRPr="00920A2C" w:rsidRDefault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18EDF"/>
          <w:sz w:val="28"/>
          <w:lang w:val="fr-FR"/>
        </w:rPr>
        <w:t>7. Le mentorat &amp; Cap Réussite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Pourquoi souhaitez-vous rejoindre Cap Réussite ?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Pr="00920A2C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67DD6" w:rsidRDefault="00067DD6" w:rsidP="00067DD6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Qu’attendez-vous d’un mentor ?</w:t>
      </w:r>
    </w:p>
    <w:p w:rsidR="000C6E2A" w:rsidRPr="00920A2C" w:rsidRDefault="000C6E2A" w:rsidP="000C6E2A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C6E2A" w:rsidRPr="00920A2C" w:rsidRDefault="000C6E2A" w:rsidP="000C6E2A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C6E2A" w:rsidRDefault="000C6E2A" w:rsidP="000C6E2A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Sur quels sujets aimeriez-vous être accompagné(e) ou challengé(e) ?</w:t>
      </w:r>
    </w:p>
    <w:p w:rsidR="000C6E2A" w:rsidRPr="00920A2C" w:rsidRDefault="000C6E2A" w:rsidP="000C6E2A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C6E2A" w:rsidRPr="00920A2C" w:rsidRDefault="000C6E2A" w:rsidP="000C6E2A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C6E2A" w:rsidRDefault="000C6E2A" w:rsidP="000C6E2A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Êtes-vous déjà accompagné(e) par une structure ou un réseau ? Si oui lequel / lesquels ?</w:t>
      </w:r>
    </w:p>
    <w:p w:rsidR="000C6E2A" w:rsidRPr="00920A2C" w:rsidRDefault="000C6E2A" w:rsidP="000C6E2A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C6E2A" w:rsidRDefault="000C6E2A" w:rsidP="000C6E2A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18EDF"/>
          <w:sz w:val="28"/>
          <w:lang w:val="fr-FR"/>
        </w:rPr>
        <w:t>8. Informations complémentaires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Adresse de l’activité (si existante) : Rue, complément, ville, région, code postal</w:t>
      </w:r>
    </w:p>
    <w:p w:rsidR="000C6E2A" w:rsidRPr="00920A2C" w:rsidRDefault="000C6E2A" w:rsidP="000C6E2A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C6E2A" w:rsidRDefault="000C6E2A" w:rsidP="000C6E2A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CF63BF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b/>
          <w:color w:val="004F82"/>
          <w:lang w:val="fr-FR"/>
        </w:rPr>
        <w:t>Souhaitez-vous ajouter quelque chose pour mieux nous faire comprendre votre projet ou votre parcours ?</w:t>
      </w:r>
    </w:p>
    <w:p w:rsidR="000C6E2A" w:rsidRPr="00920A2C" w:rsidRDefault="000C6E2A" w:rsidP="000C6E2A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C6E2A" w:rsidRPr="00920A2C" w:rsidRDefault="000C6E2A" w:rsidP="000C6E2A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C6E2A" w:rsidRPr="00920A2C" w:rsidRDefault="000C6E2A" w:rsidP="000C6E2A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C6E2A" w:rsidRPr="00920A2C" w:rsidRDefault="000C6E2A" w:rsidP="000C6E2A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0C6E2A" w:rsidRDefault="000C6E2A" w:rsidP="000C6E2A">
      <w:pPr>
        <w:rPr>
          <w:rFonts w:ascii="Arial" w:hAnsi="Arial" w:cs="Arial"/>
          <w:lang w:val="fr-FR"/>
        </w:rPr>
      </w:pPr>
      <w:r w:rsidRPr="00920A2C">
        <w:rPr>
          <w:rFonts w:ascii="Arial" w:hAnsi="Arial" w:cs="Arial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462BF" w:rsidRPr="00920A2C" w:rsidRDefault="004462BF" w:rsidP="000C6E2A">
      <w:pPr>
        <w:rPr>
          <w:rFonts w:ascii="Arial" w:hAnsi="Arial" w:cs="Arial"/>
        </w:rPr>
      </w:pPr>
      <w:bookmarkStart w:id="0" w:name="_GoBack"/>
      <w:bookmarkEnd w:id="0"/>
    </w:p>
    <w:sectPr w:rsidR="004462BF" w:rsidRPr="00920A2C" w:rsidSect="00034616">
      <w:footerReference w:type="default" r:id="rId9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E80" w:rsidRDefault="00CF63BF">
      <w:pPr>
        <w:spacing w:after="0" w:line="240" w:lineRule="auto"/>
      </w:pPr>
      <w:r>
        <w:separator/>
      </w:r>
    </w:p>
  </w:endnote>
  <w:endnote w:type="continuationSeparator" w:id="0">
    <w:p w:rsidR="000E6E80" w:rsidRDefault="00CF6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2BF" w:rsidRDefault="00CF63BF">
    <w:pPr>
      <w:pStyle w:val="Pieddepage"/>
      <w:jc w:val="center"/>
    </w:pPr>
    <w:r>
      <w:rPr>
        <w:color w:val="018EDF"/>
        <w:sz w:val="16"/>
      </w:rPr>
      <w:t>Cap Réussite 2026 • Dossier de candidature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E80" w:rsidRDefault="00CF63BF">
      <w:pPr>
        <w:spacing w:after="0" w:line="240" w:lineRule="auto"/>
      </w:pPr>
      <w:r>
        <w:separator/>
      </w:r>
    </w:p>
  </w:footnote>
  <w:footnote w:type="continuationSeparator" w:id="0">
    <w:p w:rsidR="000E6E80" w:rsidRDefault="00CF6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7DD6"/>
    <w:rsid w:val="000C6E2A"/>
    <w:rsid w:val="000E6E80"/>
    <w:rsid w:val="0015074B"/>
    <w:rsid w:val="0029639D"/>
    <w:rsid w:val="00326F90"/>
    <w:rsid w:val="004462BF"/>
    <w:rsid w:val="005C0184"/>
    <w:rsid w:val="008F34AD"/>
    <w:rsid w:val="00920A2C"/>
    <w:rsid w:val="00AA1D8D"/>
    <w:rsid w:val="00B47730"/>
    <w:rsid w:val="00C17791"/>
    <w:rsid w:val="00CB0664"/>
    <w:rsid w:val="00CF63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CE4EF3"/>
  <w14:defaultImageDpi w14:val="300"/>
  <w15:docId w15:val="{B33534F9-49F4-4F8E-8300-B3220179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EA6C5D-732A-4408-947B-29C37602C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2513</Words>
  <Characters>13822</Characters>
  <Application>Microsoft Office Word</Application>
  <DocSecurity>0</DocSecurity>
  <Lines>115</Lines>
  <Paragraphs>32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Amelie Michel</cp:lastModifiedBy>
  <cp:revision>2</cp:revision>
  <dcterms:created xsi:type="dcterms:W3CDTF">2026-06-23T08:46:00Z</dcterms:created>
  <dcterms:modified xsi:type="dcterms:W3CDTF">2026-06-23T08:46:00Z</dcterms:modified>
  <cp:category/>
</cp:coreProperties>
</file>